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6B247" w14:textId="3310684A" w:rsidR="003B04C5" w:rsidRPr="001A1B87" w:rsidRDefault="006C4A8A">
      <w:pPr>
        <w:spacing w:after="240"/>
        <w:jc w:val="center"/>
        <w:rPr>
          <w:rFonts w:ascii="Calibri" w:hAnsi="Calibri"/>
          <w:i/>
          <w:sz w:val="19"/>
          <w:lang w:val="it-IT"/>
        </w:rPr>
      </w:pPr>
      <w:r w:rsidRPr="001A1B87">
        <w:rPr>
          <w:rFonts w:ascii="Calibri" w:hAnsi="Calibri"/>
          <w:b/>
          <w:sz w:val="24"/>
          <w:lang w:val="it-IT"/>
        </w:rPr>
        <w:t xml:space="preserve">MODULO UNIFICATO DICHIARAZIONE DEI REQUISITI E </w:t>
      </w:r>
      <w:r w:rsidR="00B873AB" w:rsidRPr="001A1B87">
        <w:rPr>
          <w:rFonts w:ascii="Calibri" w:hAnsi="Calibri"/>
          <w:b/>
          <w:sz w:val="24"/>
          <w:lang w:val="it-IT"/>
        </w:rPr>
        <w:t xml:space="preserve">CONDIZIONI </w:t>
      </w:r>
      <w:r w:rsidR="001A1B87">
        <w:rPr>
          <w:rFonts w:ascii="Calibri" w:hAnsi="Calibri"/>
          <w:b/>
          <w:sz w:val="24"/>
          <w:lang w:val="it-IT"/>
        </w:rPr>
        <w:br/>
      </w:r>
      <w:r w:rsidR="00B873AB" w:rsidRPr="001A1B87">
        <w:rPr>
          <w:rFonts w:ascii="Calibri" w:hAnsi="Calibri"/>
          <w:b/>
          <w:sz w:val="24"/>
          <w:lang w:val="it-IT"/>
        </w:rPr>
        <w:t xml:space="preserve">DI </w:t>
      </w:r>
      <w:r w:rsidRPr="001A1B87">
        <w:rPr>
          <w:rFonts w:ascii="Calibri" w:hAnsi="Calibri"/>
          <w:b/>
          <w:sz w:val="24"/>
          <w:lang w:val="it-IT"/>
        </w:rPr>
        <w:t>ACCETTAZIONE POSTO</w:t>
      </w:r>
      <w:r w:rsidRPr="001A1B87">
        <w:rPr>
          <w:rFonts w:ascii="Calibri" w:hAnsi="Calibri"/>
          <w:b/>
          <w:sz w:val="24"/>
          <w:lang w:val="it-IT"/>
        </w:rPr>
        <w:br/>
      </w:r>
      <w:r w:rsidRPr="001A1B87">
        <w:rPr>
          <w:rFonts w:ascii="Calibri" w:hAnsi="Calibri"/>
          <w:sz w:val="20"/>
          <w:lang w:val="it-IT"/>
        </w:rPr>
        <w:t>Scuole di Specializzazione di Area Sanitaria per Non Medici — A.A. 2025/2026</w:t>
      </w:r>
    </w:p>
    <w:p w14:paraId="019F13CA" w14:textId="6601386C" w:rsidR="008B6DC3" w:rsidRPr="00BB420E" w:rsidRDefault="008B6DC3" w:rsidP="00BB42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40" w:line="240" w:lineRule="auto"/>
        <w:jc w:val="center"/>
        <w:rPr>
          <w:sz w:val="24"/>
          <w:szCs w:val="24"/>
          <w:lang w:val="it-IT"/>
        </w:rPr>
      </w:pPr>
      <w:r w:rsidRPr="00BB420E">
        <w:rPr>
          <w:rFonts w:ascii="Calibri" w:hAnsi="Calibri"/>
          <w:b/>
          <w:bCs/>
          <w:i/>
          <w:szCs w:val="28"/>
          <w:lang w:val="it-IT"/>
        </w:rPr>
        <w:t xml:space="preserve">Il presente modulo deve essere </w:t>
      </w:r>
      <w:r w:rsidR="00DA049A" w:rsidRPr="00BB420E">
        <w:rPr>
          <w:rFonts w:ascii="Calibri" w:hAnsi="Calibri"/>
          <w:b/>
          <w:bCs/>
          <w:i/>
          <w:szCs w:val="28"/>
          <w:lang w:val="it-IT"/>
        </w:rPr>
        <w:t>inviato all’indirizzo</w:t>
      </w:r>
      <w:r w:rsidR="00DA049A" w:rsidRPr="00BB420E">
        <w:rPr>
          <w:rFonts w:ascii="Calibri" w:hAnsi="Calibri"/>
          <w:b/>
          <w:bCs/>
          <w:i/>
          <w:szCs w:val="28"/>
          <w:lang w:val="it-IT"/>
        </w:rPr>
        <w:br/>
      </w:r>
      <w:hyperlink r:id="rId8" w:history="1">
        <w:r w:rsidR="00DA049A" w:rsidRPr="00BB420E">
          <w:rPr>
            <w:rStyle w:val="Collegamentoipertestuale"/>
            <w:rFonts w:ascii="Arial" w:hAnsi="Arial" w:cs="Arial"/>
            <w:sz w:val="20"/>
            <w:szCs w:val="20"/>
          </w:rPr>
          <w:t>scuole.sanitarie@sc-saluteumana.unifi.it</w:t>
        </w:r>
      </w:hyperlink>
      <w:r w:rsidR="00DA049A" w:rsidRPr="00BB420E">
        <w:rPr>
          <w:rFonts w:ascii="Arial" w:hAnsi="Arial" w:cs="Arial"/>
          <w:sz w:val="20"/>
          <w:szCs w:val="20"/>
        </w:rPr>
        <w:br/>
      </w:r>
      <w:proofErr w:type="spellStart"/>
      <w:r w:rsidR="00DA049A" w:rsidRPr="00BB420E">
        <w:rPr>
          <w:rFonts w:ascii="Arial" w:hAnsi="Arial" w:cs="Arial"/>
          <w:sz w:val="20"/>
          <w:szCs w:val="20"/>
        </w:rPr>
        <w:t>indicando</w:t>
      </w:r>
      <w:proofErr w:type="spellEnd"/>
      <w:r w:rsidR="00DA049A" w:rsidRPr="00BB420E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DA049A" w:rsidRPr="00BB420E">
        <w:rPr>
          <w:rFonts w:ascii="Arial" w:hAnsi="Arial" w:cs="Arial"/>
          <w:sz w:val="20"/>
          <w:szCs w:val="20"/>
        </w:rPr>
        <w:t>oggetto</w:t>
      </w:r>
      <w:proofErr w:type="spellEnd"/>
      <w:r w:rsidR="00DA049A" w:rsidRPr="00BB420E">
        <w:rPr>
          <w:rFonts w:ascii="Arial" w:hAnsi="Arial" w:cs="Arial"/>
          <w:sz w:val="20"/>
          <w:szCs w:val="20"/>
        </w:rPr>
        <w:t xml:space="preserve"> NOME-COGNOME-</w:t>
      </w:r>
      <w:proofErr w:type="spellStart"/>
      <w:r w:rsidR="00DA049A" w:rsidRPr="00BB420E">
        <w:rPr>
          <w:rFonts w:ascii="Arial" w:hAnsi="Arial" w:cs="Arial"/>
          <w:sz w:val="20"/>
          <w:szCs w:val="20"/>
        </w:rPr>
        <w:t>Scuola</w:t>
      </w:r>
      <w:proofErr w:type="spellEnd"/>
      <w:r w:rsidR="00DA049A" w:rsidRPr="00BB420E">
        <w:rPr>
          <w:rFonts w:ascii="Arial" w:hAnsi="Arial" w:cs="Arial"/>
          <w:sz w:val="20"/>
          <w:szCs w:val="20"/>
        </w:rPr>
        <w:t>.</w:t>
      </w:r>
      <w:r w:rsidRPr="00BB420E">
        <w:rPr>
          <w:rFonts w:ascii="Calibri" w:hAnsi="Calibri"/>
          <w:i/>
          <w:sz w:val="20"/>
          <w:szCs w:val="24"/>
          <w:lang w:val="it-IT"/>
        </w:rPr>
        <w:t>,</w:t>
      </w:r>
      <w:r w:rsidR="009E4CF6" w:rsidRPr="00BB420E">
        <w:rPr>
          <w:rFonts w:ascii="Calibri" w:hAnsi="Calibri"/>
          <w:i/>
          <w:sz w:val="20"/>
          <w:szCs w:val="24"/>
          <w:lang w:val="it-IT"/>
        </w:rPr>
        <w:br/>
      </w:r>
      <w:r w:rsidR="00DA049A" w:rsidRPr="00BB420E">
        <w:rPr>
          <w:rFonts w:ascii="Calibri" w:hAnsi="Calibri"/>
          <w:i/>
          <w:sz w:val="20"/>
          <w:szCs w:val="24"/>
          <w:lang w:val="it-IT"/>
        </w:rPr>
        <w:t>entro i termini indicati nel decreto di approvazione atti o di scorrimento della graduatoria.</w:t>
      </w:r>
      <w:r w:rsidRPr="00BB420E">
        <w:rPr>
          <w:rFonts w:ascii="Calibri" w:hAnsi="Calibri"/>
          <w:i/>
          <w:sz w:val="20"/>
          <w:szCs w:val="24"/>
          <w:lang w:val="it-IT"/>
        </w:rPr>
        <w:br/>
        <w:t xml:space="preserve">La sola compilazione del modulo, pur </w:t>
      </w:r>
      <w:r w:rsidR="00DA049A" w:rsidRPr="00BB420E">
        <w:rPr>
          <w:rFonts w:ascii="Calibri" w:hAnsi="Calibri"/>
          <w:i/>
          <w:sz w:val="20"/>
          <w:szCs w:val="24"/>
          <w:lang w:val="it-IT"/>
        </w:rPr>
        <w:t>inviato nei termini</w:t>
      </w:r>
      <w:r w:rsidRPr="00BB420E">
        <w:rPr>
          <w:rFonts w:ascii="Calibri" w:hAnsi="Calibri"/>
          <w:i/>
          <w:sz w:val="20"/>
          <w:szCs w:val="24"/>
          <w:lang w:val="it-IT"/>
        </w:rPr>
        <w:t>,</w:t>
      </w:r>
      <w:r w:rsidR="00066BF6" w:rsidRPr="00BB420E">
        <w:rPr>
          <w:rFonts w:ascii="Calibri" w:hAnsi="Calibri"/>
          <w:i/>
          <w:sz w:val="20"/>
          <w:szCs w:val="24"/>
          <w:lang w:val="it-IT"/>
        </w:rPr>
        <w:br/>
      </w:r>
      <w:r w:rsidRPr="00BB420E">
        <w:rPr>
          <w:rFonts w:ascii="Calibri" w:hAnsi="Calibri"/>
          <w:i/>
          <w:sz w:val="20"/>
          <w:szCs w:val="24"/>
          <w:lang w:val="it-IT"/>
        </w:rPr>
        <w:t>non consente l’iscrizione al Corso</w:t>
      </w:r>
      <w:r w:rsidR="00DA049A" w:rsidRPr="00BB420E">
        <w:rPr>
          <w:rFonts w:ascii="Calibri" w:hAnsi="Calibri"/>
          <w:i/>
          <w:sz w:val="20"/>
          <w:szCs w:val="24"/>
          <w:lang w:val="it-IT"/>
        </w:rPr>
        <w:t xml:space="preserve"> che deve essere conclusa nell’applicativo</w:t>
      </w:r>
      <w:r w:rsidR="00DA049A" w:rsidRPr="00BB420E">
        <w:rPr>
          <w:rFonts w:ascii="Calibri" w:hAnsi="Calibri"/>
          <w:i/>
          <w:sz w:val="20"/>
          <w:szCs w:val="24"/>
          <w:lang w:val="it-IT"/>
        </w:rPr>
        <w:br/>
        <w:t>Gestionale Carriere Studenti (GCS)</w:t>
      </w:r>
      <w:r w:rsidRPr="00BB420E">
        <w:rPr>
          <w:rFonts w:ascii="Calibri" w:hAnsi="Calibri"/>
          <w:i/>
          <w:sz w:val="20"/>
          <w:szCs w:val="24"/>
          <w:lang w:val="it-IT"/>
        </w:rPr>
        <w:t xml:space="preserve">. </w:t>
      </w:r>
    </w:p>
    <w:p w14:paraId="45C209CF" w14:textId="77777777" w:rsidR="003B04C5" w:rsidRPr="008B6DC3" w:rsidRDefault="006C4A8A">
      <w:pPr>
        <w:pStyle w:val="Titolo1"/>
        <w:spacing w:before="240" w:after="120"/>
        <w:rPr>
          <w:lang w:val="it-IT"/>
        </w:rPr>
      </w:pPr>
      <w:r w:rsidRPr="008B6DC3">
        <w:rPr>
          <w:rFonts w:ascii="Calibri" w:hAnsi="Calibri"/>
          <w:color w:val="2F5496"/>
          <w:lang w:val="it-IT"/>
        </w:rPr>
        <w:t>1. Dati Anagrafici dello Specializzando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5861"/>
      </w:tblGrid>
      <w:tr w:rsidR="003B04C5" w:rsidRPr="008B6DC3" w14:paraId="03CFE111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FF36FF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20"/>
                <w:lang w:val="it-IT"/>
              </w:rPr>
              <w:t>Cognome e Nome</w:t>
            </w:r>
          </w:p>
        </w:tc>
        <w:tc>
          <w:tcPr>
            <w:tcW w:w="5861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EDA496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20"/>
                <w:lang w:val="it-IT"/>
              </w:rPr>
              <w:t>____________________________________________________</w:t>
            </w:r>
          </w:p>
        </w:tc>
      </w:tr>
      <w:tr w:rsidR="003B04C5" w:rsidRPr="008B6DC3" w14:paraId="10E3C998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FA0318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20"/>
                <w:lang w:val="it-IT"/>
              </w:rPr>
              <w:t>Codice Fiscale</w:t>
            </w:r>
          </w:p>
        </w:tc>
        <w:tc>
          <w:tcPr>
            <w:tcW w:w="5861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559939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20"/>
                <w:lang w:val="it-IT"/>
              </w:rPr>
              <w:t>________________</w:t>
            </w:r>
          </w:p>
        </w:tc>
      </w:tr>
      <w:tr w:rsidR="003B04C5" w:rsidRPr="008B6DC3" w14:paraId="4531F990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B9944E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20"/>
                <w:lang w:val="it-IT"/>
              </w:rPr>
              <w:t>Luogo e Data di Nascita</w:t>
            </w:r>
          </w:p>
        </w:tc>
        <w:tc>
          <w:tcPr>
            <w:tcW w:w="5861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7B1DC6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20"/>
                <w:lang w:val="it-IT"/>
              </w:rPr>
              <w:t>____________________________________________________</w:t>
            </w:r>
          </w:p>
        </w:tc>
      </w:tr>
      <w:tr w:rsidR="003B04C5" w:rsidRPr="008B6DC3" w14:paraId="0EB3C411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3FF1D7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20"/>
                <w:lang w:val="it-IT"/>
              </w:rPr>
              <w:t>Residenza (Indirizzo, Città, CAP)</w:t>
            </w:r>
          </w:p>
        </w:tc>
        <w:tc>
          <w:tcPr>
            <w:tcW w:w="5861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2D877F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20"/>
                <w:lang w:val="it-IT"/>
              </w:rPr>
              <w:t>____________________________________________________</w:t>
            </w:r>
          </w:p>
        </w:tc>
      </w:tr>
      <w:tr w:rsidR="003B04C5" w:rsidRPr="008B6DC3" w14:paraId="321F1DC6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758B1B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20"/>
                <w:lang w:val="it-IT"/>
              </w:rPr>
              <w:t>Scuola di Specializzazione</w:t>
            </w:r>
          </w:p>
        </w:tc>
        <w:tc>
          <w:tcPr>
            <w:tcW w:w="5861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6656DD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20"/>
                <w:lang w:val="it-IT"/>
              </w:rPr>
              <w:t>____________________________________________________</w:t>
            </w:r>
          </w:p>
        </w:tc>
      </w:tr>
    </w:tbl>
    <w:p w14:paraId="6EC60553" w14:textId="77777777" w:rsidR="003B04C5" w:rsidRPr="008B6DC3" w:rsidRDefault="006C4A8A">
      <w:pPr>
        <w:pStyle w:val="Titolo1"/>
        <w:spacing w:before="240" w:after="120"/>
        <w:rPr>
          <w:lang w:val="it-IT"/>
        </w:rPr>
      </w:pPr>
      <w:r w:rsidRPr="008B6DC3">
        <w:rPr>
          <w:rFonts w:ascii="Calibri" w:hAnsi="Calibri"/>
          <w:color w:val="2F5496"/>
          <w:lang w:val="it-IT"/>
        </w:rPr>
        <w:t>2. Selezione della Categoria di Immatricolazione</w:t>
      </w:r>
    </w:p>
    <w:p w14:paraId="2C6090A2" w14:textId="57DE6618" w:rsidR="009E4CF6" w:rsidRPr="00DA049A" w:rsidRDefault="006C4A8A" w:rsidP="00A205ED">
      <w:pPr>
        <w:spacing w:after="0"/>
        <w:rPr>
          <w:rFonts w:ascii="Calibri" w:hAnsi="Calibri"/>
          <w:sz w:val="20"/>
          <w:lang w:val="it-IT"/>
        </w:rPr>
      </w:pPr>
      <w:r w:rsidRPr="00DA049A">
        <w:rPr>
          <w:rFonts w:ascii="Calibri" w:hAnsi="Calibri"/>
          <w:sz w:val="20"/>
          <w:lang w:val="it-IT"/>
        </w:rPr>
        <w:t xml:space="preserve">Il/La sottoscritto/a, </w:t>
      </w:r>
      <w:r w:rsidR="009E4CF6" w:rsidRPr="00DA049A">
        <w:rPr>
          <w:rFonts w:ascii="Calibri" w:hAnsi="Calibri"/>
          <w:sz w:val="20"/>
          <w:lang w:val="it-IT"/>
        </w:rPr>
        <w:t>in merito alla possibilità di beneficiare/non beneficiare della borsa ministeriale</w:t>
      </w:r>
      <w:r w:rsidRPr="00DA049A">
        <w:rPr>
          <w:rFonts w:ascii="Calibri" w:hAnsi="Calibri"/>
          <w:sz w:val="20"/>
          <w:lang w:val="it-IT"/>
        </w:rPr>
        <w:t>,</w:t>
      </w:r>
    </w:p>
    <w:p w14:paraId="57589456" w14:textId="77777777" w:rsidR="009E4CF6" w:rsidRPr="00A205ED" w:rsidRDefault="009E4CF6" w:rsidP="00A205ED">
      <w:pPr>
        <w:spacing w:after="0"/>
        <w:jc w:val="center"/>
        <w:rPr>
          <w:rFonts w:ascii="Calibri" w:hAnsi="Calibri"/>
          <w:b/>
          <w:bCs/>
          <w:sz w:val="20"/>
          <w:lang w:val="it-IT"/>
        </w:rPr>
      </w:pPr>
      <w:r w:rsidRPr="00A205ED">
        <w:rPr>
          <w:rFonts w:ascii="Calibri" w:hAnsi="Calibri"/>
          <w:b/>
          <w:bCs/>
          <w:sz w:val="20"/>
          <w:lang w:val="it-IT"/>
        </w:rPr>
        <w:t>PRENDE ATTO</w:t>
      </w:r>
    </w:p>
    <w:p w14:paraId="3DC73D89" w14:textId="22EAD76E" w:rsidR="003B04C5" w:rsidRPr="008B6DC3" w:rsidRDefault="006C4A8A" w:rsidP="00A205ED">
      <w:pPr>
        <w:spacing w:after="0"/>
        <w:rPr>
          <w:lang w:val="it-IT"/>
        </w:rPr>
      </w:pPr>
      <w:r w:rsidRPr="008B6DC3">
        <w:rPr>
          <w:rFonts w:ascii="Calibri" w:hAnsi="Calibri"/>
          <w:sz w:val="20"/>
          <w:lang w:val="it-IT"/>
        </w:rPr>
        <w:t xml:space="preserve">di rientrare in una delle seguenti categorie </w:t>
      </w:r>
      <w:r w:rsidR="009E4CF6">
        <w:rPr>
          <w:rFonts w:ascii="Calibri" w:hAnsi="Calibri"/>
          <w:sz w:val="20"/>
          <w:lang w:val="it-IT"/>
        </w:rPr>
        <w:t>(selezionare l’opzione di interesse):</w:t>
      </w:r>
    </w:p>
    <w:tbl>
      <w:tblPr>
        <w:tblStyle w:val="Grigliatabella"/>
        <w:tblW w:w="9029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8309"/>
      </w:tblGrid>
      <w:tr w:rsidR="003B04C5" w:rsidRPr="008B6DC3" w14:paraId="4A215F2C" w14:textId="77777777" w:rsidTr="00A205ED">
        <w:trPr>
          <w:jc w:val="center"/>
        </w:trPr>
        <w:tc>
          <w:tcPr>
            <w:tcW w:w="720" w:type="dxa"/>
            <w:shd w:val="clear" w:color="auto" w:fill="F9F9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07854" w14:textId="77777777" w:rsidR="003B04C5" w:rsidRPr="008B6DC3" w:rsidRDefault="006C4A8A">
            <w:pPr>
              <w:spacing w:before="120"/>
              <w:jc w:val="center"/>
              <w:rPr>
                <w:lang w:val="it-IT"/>
              </w:rPr>
            </w:pPr>
            <w:r w:rsidRPr="008B6DC3">
              <w:rPr>
                <w:rFonts w:ascii="MS Gothic" w:hAnsi="MS Gothic"/>
                <w:b/>
                <w:sz w:val="32"/>
                <w:lang w:val="it-IT"/>
              </w:rPr>
              <w:t>☐</w:t>
            </w:r>
          </w:p>
        </w:tc>
        <w:tc>
          <w:tcPr>
            <w:tcW w:w="8309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64F3E7" w14:textId="19C7B509" w:rsidR="003B04C5" w:rsidRPr="00F334F2" w:rsidRDefault="006C4A8A">
            <w:pPr>
              <w:spacing w:before="80" w:after="80"/>
              <w:rPr>
                <w:lang w:val="it-IT"/>
              </w:rPr>
            </w:pPr>
            <w:r w:rsidRPr="00F334F2">
              <w:rPr>
                <w:rFonts w:ascii="Calibri" w:hAnsi="Calibri"/>
                <w:b/>
                <w:color w:val="2F5496"/>
                <w:sz w:val="20"/>
                <w:lang w:val="it-IT"/>
              </w:rPr>
              <w:t xml:space="preserve">CATEGORIA A — </w:t>
            </w:r>
            <w:r w:rsidR="00EC4E1C">
              <w:rPr>
                <w:rFonts w:ascii="Calibri" w:hAnsi="Calibri"/>
                <w:b/>
                <w:color w:val="2F5496"/>
                <w:sz w:val="20"/>
                <w:lang w:val="it-IT"/>
              </w:rPr>
              <w:t>Ammesso</w:t>
            </w:r>
            <w:r w:rsidRPr="00F334F2">
              <w:rPr>
                <w:rFonts w:ascii="Calibri" w:hAnsi="Calibri"/>
                <w:b/>
                <w:color w:val="2F5496"/>
                <w:sz w:val="20"/>
                <w:lang w:val="it-IT"/>
              </w:rPr>
              <w:t xml:space="preserve"> con Borsa di Studio Ministeriale</w:t>
            </w:r>
          </w:p>
          <w:p w14:paraId="2FEDA00A" w14:textId="00E16514" w:rsidR="003B04C5" w:rsidRPr="00F334F2" w:rsidRDefault="006C4A8A">
            <w:pPr>
              <w:spacing w:after="40"/>
              <w:rPr>
                <w:lang w:val="it-IT"/>
              </w:rPr>
            </w:pPr>
            <w:r w:rsidRPr="00F334F2">
              <w:rPr>
                <w:rFonts w:ascii="Calibri" w:hAnsi="Calibri"/>
                <w:sz w:val="19"/>
                <w:lang w:val="it-IT"/>
              </w:rPr>
              <w:t xml:space="preserve">Selezionare questa opzione se si è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posizionati in graduatoria</w:t>
            </w:r>
            <w:r w:rsidR="00B873AB" w:rsidRPr="00F334F2">
              <w:rPr>
                <w:rFonts w:ascii="Calibri" w:hAnsi="Calibri"/>
                <w:b/>
                <w:bCs/>
                <w:sz w:val="19"/>
                <w:lang w:val="it-IT"/>
              </w:rPr>
              <w:t xml:space="preserve"> “con borsa”,</w:t>
            </w:r>
            <w:r w:rsidR="00B873AB" w:rsidRPr="00F334F2">
              <w:rPr>
                <w:rFonts w:ascii="Calibri" w:hAnsi="Calibri"/>
                <w:sz w:val="19"/>
                <w:lang w:val="it-IT"/>
              </w:rPr>
              <w:t xml:space="preserve"> essendo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 in posizione utile per l'assegnazione della borsa ministeriale dell'Ateneo</w:t>
            </w:r>
            <w:r w:rsidR="00A205ED" w:rsidRPr="00F334F2">
              <w:rPr>
                <w:rFonts w:ascii="Calibri" w:hAnsi="Calibri"/>
                <w:sz w:val="19"/>
                <w:lang w:val="it-IT"/>
              </w:rPr>
              <w:t xml:space="preserve"> ed</w:t>
            </w:r>
            <w:r w:rsidR="009E4CF6" w:rsidRPr="00F334F2">
              <w:rPr>
                <w:rFonts w:ascii="Calibri" w:hAnsi="Calibri"/>
                <w:sz w:val="19"/>
                <w:lang w:val="it-IT"/>
              </w:rPr>
              <w:t xml:space="preserve"> </w:t>
            </w:r>
            <w:r w:rsidR="00A205ED" w:rsidRPr="00F334F2">
              <w:rPr>
                <w:rFonts w:ascii="Calibri" w:hAnsi="Calibri"/>
                <w:sz w:val="19"/>
                <w:lang w:val="it-IT"/>
              </w:rPr>
              <w:t>in possesso di un titolo di laurea previsto per beneficiare del finanziamento ministeriale ai sensi dell'art. 8, c. 1 della Legge 401/2000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. *(In questo caso, è obbligatorio compilare la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SEZIONE 3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 e la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 xml:space="preserve">SEZIONE </w:t>
            </w:r>
            <w:proofErr w:type="gramStart"/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6</w:t>
            </w:r>
            <w:r w:rsidRPr="00F334F2">
              <w:rPr>
                <w:rFonts w:ascii="Calibri" w:hAnsi="Calibri"/>
                <w:sz w:val="19"/>
                <w:lang w:val="it-IT"/>
              </w:rPr>
              <w:t>)*</w:t>
            </w:r>
            <w:proofErr w:type="gramEnd"/>
          </w:p>
        </w:tc>
      </w:tr>
      <w:tr w:rsidR="003B04C5" w:rsidRPr="008B6DC3" w14:paraId="4AA69EB5" w14:textId="77777777" w:rsidTr="00A205ED">
        <w:trPr>
          <w:jc w:val="center"/>
        </w:trPr>
        <w:tc>
          <w:tcPr>
            <w:tcW w:w="720" w:type="dxa"/>
            <w:shd w:val="clear" w:color="auto" w:fill="F9F9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CF605" w14:textId="77777777" w:rsidR="003B04C5" w:rsidRPr="008B6DC3" w:rsidRDefault="006C4A8A">
            <w:pPr>
              <w:spacing w:before="120"/>
              <w:jc w:val="center"/>
              <w:rPr>
                <w:lang w:val="it-IT"/>
              </w:rPr>
            </w:pPr>
            <w:r w:rsidRPr="008B6DC3">
              <w:rPr>
                <w:rFonts w:ascii="MS Gothic" w:hAnsi="MS Gothic"/>
                <w:b/>
                <w:sz w:val="32"/>
                <w:lang w:val="it-IT"/>
              </w:rPr>
              <w:t>☐</w:t>
            </w:r>
          </w:p>
        </w:tc>
        <w:tc>
          <w:tcPr>
            <w:tcW w:w="8309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871242" w14:textId="1C254676" w:rsidR="003B04C5" w:rsidRPr="00F334F2" w:rsidRDefault="006C4A8A">
            <w:pPr>
              <w:spacing w:before="80" w:after="80"/>
              <w:rPr>
                <w:lang w:val="it-IT"/>
              </w:rPr>
            </w:pPr>
            <w:r w:rsidRPr="00F334F2">
              <w:rPr>
                <w:rFonts w:ascii="Calibri" w:hAnsi="Calibri"/>
                <w:b/>
                <w:color w:val="2F5496"/>
                <w:sz w:val="20"/>
                <w:lang w:val="it-IT"/>
              </w:rPr>
              <w:t xml:space="preserve">CATEGORIA B — </w:t>
            </w:r>
            <w:r w:rsidR="00EC4E1C">
              <w:rPr>
                <w:rFonts w:ascii="Calibri" w:hAnsi="Calibri"/>
                <w:b/>
                <w:color w:val="2F5496"/>
                <w:sz w:val="20"/>
                <w:lang w:val="it-IT"/>
              </w:rPr>
              <w:t>Ammesso</w:t>
            </w:r>
            <w:r w:rsidRPr="00F334F2">
              <w:rPr>
                <w:rFonts w:ascii="Calibri" w:hAnsi="Calibri"/>
                <w:b/>
                <w:color w:val="2F5496"/>
                <w:sz w:val="20"/>
                <w:lang w:val="it-IT"/>
              </w:rPr>
              <w:t xml:space="preserve"> Senza Borsa per Esclusione Giuridica del Titolo di Laurea</w:t>
            </w:r>
          </w:p>
          <w:p w14:paraId="34D42BF1" w14:textId="193056C1" w:rsidR="003B04C5" w:rsidRPr="00F334F2" w:rsidRDefault="006C4A8A">
            <w:pPr>
              <w:spacing w:after="40"/>
              <w:rPr>
                <w:lang w:val="it-IT"/>
              </w:rPr>
            </w:pPr>
            <w:r w:rsidRPr="00F334F2">
              <w:rPr>
                <w:rFonts w:ascii="Calibri" w:hAnsi="Calibri"/>
                <w:sz w:val="19"/>
                <w:lang w:val="it-IT"/>
              </w:rPr>
              <w:t xml:space="preserve">Selezionare questa opzione se si è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 xml:space="preserve">vincitori di un posto in graduatoria </w:t>
            </w:r>
            <w:r w:rsidR="00511578" w:rsidRPr="00F334F2">
              <w:rPr>
                <w:rFonts w:ascii="Calibri" w:hAnsi="Calibri"/>
                <w:b/>
                <w:bCs/>
                <w:sz w:val="19"/>
                <w:lang w:val="it-IT"/>
              </w:rPr>
              <w:t>“senza borsa”</w:t>
            </w:r>
            <w:r w:rsidR="00511578" w:rsidRPr="00F334F2">
              <w:rPr>
                <w:rFonts w:ascii="Calibri" w:hAnsi="Calibri"/>
                <w:sz w:val="19"/>
                <w:lang w:val="it-IT"/>
              </w:rPr>
              <w:t xml:space="preserve"> essendo 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in possesso di un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titolo di laurea escluso dal finanziamento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 ministeriale ai sensi dell'art. 8, c. 1 della Legge 401/2000 (es. Biotecnologie LM-9, Genomica Funzionale o altre lauree non contemplate). *(In questo caso, è obbligatorio compilare la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SEZIONE 4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 e la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 xml:space="preserve">SEZIONE </w:t>
            </w:r>
            <w:proofErr w:type="gramStart"/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6</w:t>
            </w:r>
            <w:r w:rsidRPr="00F334F2">
              <w:rPr>
                <w:rFonts w:ascii="Calibri" w:hAnsi="Calibri"/>
                <w:sz w:val="19"/>
                <w:lang w:val="it-IT"/>
              </w:rPr>
              <w:t>)*</w:t>
            </w:r>
            <w:proofErr w:type="gramEnd"/>
          </w:p>
        </w:tc>
      </w:tr>
      <w:tr w:rsidR="003B04C5" w:rsidRPr="008B6DC3" w14:paraId="5714B44C" w14:textId="77777777" w:rsidTr="00A205ED">
        <w:trPr>
          <w:jc w:val="center"/>
        </w:trPr>
        <w:tc>
          <w:tcPr>
            <w:tcW w:w="720" w:type="dxa"/>
            <w:shd w:val="clear" w:color="auto" w:fill="F9F9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35DA4" w14:textId="77777777" w:rsidR="003B04C5" w:rsidRPr="008B6DC3" w:rsidRDefault="006C4A8A">
            <w:pPr>
              <w:spacing w:before="120"/>
              <w:jc w:val="center"/>
              <w:rPr>
                <w:lang w:val="it-IT"/>
              </w:rPr>
            </w:pPr>
            <w:r w:rsidRPr="008B6DC3">
              <w:rPr>
                <w:rFonts w:ascii="MS Gothic" w:hAnsi="MS Gothic"/>
                <w:b/>
                <w:sz w:val="32"/>
                <w:lang w:val="it-IT"/>
              </w:rPr>
              <w:t>☐</w:t>
            </w:r>
          </w:p>
        </w:tc>
        <w:tc>
          <w:tcPr>
            <w:tcW w:w="8309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CC5F40" w14:textId="6A051636" w:rsidR="003B04C5" w:rsidRPr="00F334F2" w:rsidRDefault="006C4A8A">
            <w:pPr>
              <w:spacing w:before="80" w:after="80"/>
              <w:rPr>
                <w:lang w:val="it-IT"/>
              </w:rPr>
            </w:pPr>
            <w:r w:rsidRPr="00F334F2">
              <w:rPr>
                <w:rFonts w:ascii="Calibri" w:hAnsi="Calibri"/>
                <w:b/>
                <w:color w:val="2F5496"/>
                <w:sz w:val="20"/>
                <w:lang w:val="it-IT"/>
              </w:rPr>
              <w:t xml:space="preserve">CATEGORIA C — </w:t>
            </w:r>
            <w:r w:rsidR="00EC4E1C">
              <w:rPr>
                <w:rFonts w:ascii="Calibri" w:hAnsi="Calibri"/>
                <w:b/>
                <w:color w:val="2F5496"/>
                <w:sz w:val="20"/>
                <w:lang w:val="it-IT"/>
              </w:rPr>
              <w:t>Ammesso</w:t>
            </w:r>
            <w:r w:rsidRPr="00F334F2">
              <w:rPr>
                <w:rFonts w:ascii="Calibri" w:hAnsi="Calibri"/>
                <w:b/>
                <w:color w:val="2F5496"/>
                <w:sz w:val="20"/>
                <w:lang w:val="it-IT"/>
              </w:rPr>
              <w:t xml:space="preserve"> Senza Borsa per Posizione in Graduatoria (Posto non coperto)</w:t>
            </w:r>
          </w:p>
          <w:p w14:paraId="036F1210" w14:textId="43CD4BF4" w:rsidR="003B04C5" w:rsidRPr="00F334F2" w:rsidRDefault="006C4A8A">
            <w:pPr>
              <w:spacing w:after="40"/>
              <w:rPr>
                <w:lang w:val="it-IT"/>
              </w:rPr>
            </w:pPr>
            <w:r w:rsidRPr="00F334F2">
              <w:rPr>
                <w:rFonts w:ascii="Calibri" w:hAnsi="Calibri"/>
                <w:sz w:val="19"/>
                <w:lang w:val="it-IT"/>
              </w:rPr>
              <w:t xml:space="preserve">Selezionare questa opzione se si è ammessi alla frequenza </w:t>
            </w:r>
            <w:r w:rsidR="00511578" w:rsidRPr="00F334F2">
              <w:rPr>
                <w:rFonts w:ascii="Calibri" w:hAnsi="Calibri"/>
                <w:b/>
                <w:bCs/>
                <w:sz w:val="19"/>
                <w:lang w:val="it-IT"/>
              </w:rPr>
              <w:t>“senza borsa”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, poiché collocati oltre l'ultimo posto finanziato</w:t>
            </w:r>
            <w:r w:rsidR="00A205ED" w:rsidRPr="00F334F2">
              <w:rPr>
                <w:rFonts w:ascii="Calibri" w:hAnsi="Calibri"/>
                <w:sz w:val="19"/>
                <w:lang w:val="it-IT"/>
              </w:rPr>
              <w:t xml:space="preserve">, </w:t>
            </w:r>
            <w:r w:rsidRPr="00F334F2">
              <w:rPr>
                <w:rFonts w:ascii="Calibri" w:hAnsi="Calibri"/>
                <w:sz w:val="19"/>
                <w:lang w:val="it-IT"/>
              </w:rPr>
              <w:t>entro la capacità recettiva della Scuola</w:t>
            </w:r>
            <w:r w:rsidR="00A205ED" w:rsidRPr="00F334F2">
              <w:rPr>
                <w:rFonts w:ascii="Calibri" w:hAnsi="Calibri"/>
                <w:sz w:val="19"/>
                <w:lang w:val="it-IT"/>
              </w:rPr>
              <w:t>, ed in possesso di un titolo di laurea previsto per beneficiare del finanziamento ministeriale ai sensi dell'art. 8, c. 1 della Legge 401/2000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. *(In questo caso, è obbligatorio compilare la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SEZIONE 5</w:t>
            </w:r>
            <w:r w:rsidRPr="00F334F2">
              <w:rPr>
                <w:rFonts w:ascii="Calibri" w:hAnsi="Calibri"/>
                <w:sz w:val="19"/>
                <w:lang w:val="it-IT"/>
              </w:rPr>
              <w:t xml:space="preserve"> e la </w:t>
            </w:r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 xml:space="preserve">SEZIONE </w:t>
            </w:r>
            <w:proofErr w:type="gramStart"/>
            <w:r w:rsidRPr="00F334F2">
              <w:rPr>
                <w:rFonts w:ascii="Calibri" w:hAnsi="Calibri"/>
                <w:b/>
                <w:bCs/>
                <w:sz w:val="19"/>
                <w:lang w:val="it-IT"/>
              </w:rPr>
              <w:t>6</w:t>
            </w:r>
            <w:r w:rsidRPr="00F334F2">
              <w:rPr>
                <w:rFonts w:ascii="Calibri" w:hAnsi="Calibri"/>
                <w:sz w:val="19"/>
                <w:lang w:val="it-IT"/>
              </w:rPr>
              <w:t>)*</w:t>
            </w:r>
            <w:proofErr w:type="gramEnd"/>
          </w:p>
        </w:tc>
      </w:tr>
    </w:tbl>
    <w:p w14:paraId="60AA54B0" w14:textId="77777777" w:rsidR="00A205ED" w:rsidRDefault="00A205ED">
      <w:pPr>
        <w:sectPr w:rsidR="00A205ED" w:rsidSect="00A205ED">
          <w:footerReference w:type="default" r:id="rId9"/>
          <w:headerReference w:type="first" r:id="rId10"/>
          <w:pgSz w:w="11909" w:h="16834" w:code="9"/>
          <w:pgMar w:top="2694" w:right="1440" w:bottom="993" w:left="1440" w:header="720" w:footer="415" w:gutter="0"/>
          <w:cols w:space="720"/>
          <w:titlePg/>
          <w:docGrid w:linePitch="360"/>
        </w:sectPr>
      </w:pPr>
    </w:p>
    <w:p w14:paraId="5055A232" w14:textId="77777777" w:rsidR="003B04C5" w:rsidRPr="008B6DC3" w:rsidRDefault="006C4A8A">
      <w:pPr>
        <w:pStyle w:val="Titolo1"/>
        <w:spacing w:before="240" w:after="120"/>
        <w:rPr>
          <w:lang w:val="it-IT"/>
        </w:rPr>
      </w:pPr>
      <w:r w:rsidRPr="008B6DC3">
        <w:rPr>
          <w:rFonts w:ascii="Calibri" w:hAnsi="Calibri"/>
          <w:color w:val="2F5496"/>
          <w:lang w:val="it-IT"/>
        </w:rPr>
        <w:lastRenderedPageBreak/>
        <w:t>3. Dichiarazioni e Requisiti per i Vincitori con Borsa (CATEGORIA A)</w:t>
      </w:r>
    </w:p>
    <w:p w14:paraId="003C4929" w14:textId="77777777" w:rsidR="003B04C5" w:rsidRPr="008B6DC3" w:rsidRDefault="006C4A8A" w:rsidP="00290B04">
      <w:pPr>
        <w:spacing w:after="120"/>
        <w:ind w:right="-469"/>
        <w:rPr>
          <w:lang w:val="it-IT"/>
        </w:rPr>
      </w:pPr>
      <w:r w:rsidRPr="008B6DC3">
        <w:rPr>
          <w:rFonts w:ascii="Calibri" w:hAnsi="Calibri"/>
          <w:i/>
          <w:color w:val="7F7F7F"/>
          <w:sz w:val="19"/>
          <w:lang w:val="it-IT"/>
        </w:rPr>
        <w:t xml:space="preserve">Da compilare esclusivamente a cura degli </w:t>
      </w:r>
      <w:proofErr w:type="spellStart"/>
      <w:r w:rsidRPr="008B6DC3">
        <w:rPr>
          <w:rFonts w:ascii="Calibri" w:hAnsi="Calibri"/>
          <w:i/>
          <w:color w:val="7F7F7F"/>
          <w:sz w:val="19"/>
          <w:lang w:val="it-IT"/>
        </w:rPr>
        <w:t>immatricolandi</w:t>
      </w:r>
      <w:proofErr w:type="spellEnd"/>
      <w:r w:rsidRPr="008B6DC3">
        <w:rPr>
          <w:rFonts w:ascii="Calibri" w:hAnsi="Calibri"/>
          <w:i/>
          <w:color w:val="7F7F7F"/>
          <w:sz w:val="19"/>
          <w:lang w:val="it-IT"/>
        </w:rPr>
        <w:t xml:space="preserve"> beneficiari di borsa di studio ministeriale (Categoria A).</w:t>
      </w:r>
    </w:p>
    <w:p w14:paraId="23CF5A13" w14:textId="6C780CBA" w:rsidR="003B04C5" w:rsidRPr="008B6DC3" w:rsidRDefault="006C4A8A" w:rsidP="00290B04">
      <w:pPr>
        <w:spacing w:after="160"/>
        <w:ind w:right="-469"/>
        <w:rPr>
          <w:rFonts w:ascii="Calibri" w:hAnsi="Calibri"/>
          <w:sz w:val="20"/>
          <w:lang w:val="it-IT"/>
        </w:rPr>
      </w:pPr>
      <w:r w:rsidRPr="008B6DC3">
        <w:rPr>
          <w:rFonts w:ascii="Calibri" w:hAnsi="Calibri"/>
          <w:sz w:val="20"/>
          <w:lang w:val="it-IT"/>
        </w:rPr>
        <w:t>Il/La sottoscritto/a, ammesso/a quale beneficiario/a della borsa di studio, sotto la propria personale responsabilità ai sensi degli artt. 46 e 47 del D.P.R. 445/2000</w:t>
      </w:r>
      <w:r w:rsidR="008B6DC3" w:rsidRPr="008B6DC3">
        <w:rPr>
          <w:rFonts w:ascii="Calibri" w:hAnsi="Calibri"/>
          <w:sz w:val="20"/>
          <w:lang w:val="it-IT"/>
        </w:rPr>
        <w:t>, DICHIARA</w:t>
      </w:r>
    </w:p>
    <w:p w14:paraId="2CBA0838" w14:textId="77777777" w:rsidR="00511578" w:rsidRPr="008B6DC3" w:rsidRDefault="00511578" w:rsidP="00290B04">
      <w:pPr>
        <w:pStyle w:val="Puntoelenco"/>
        <w:numPr>
          <w:ilvl w:val="0"/>
          <w:numId w:val="1"/>
        </w:numPr>
        <w:spacing w:before="40" w:after="40"/>
        <w:ind w:right="-469"/>
        <w:rPr>
          <w:lang w:val="it-IT"/>
        </w:rPr>
      </w:pPr>
      <w:r w:rsidRPr="00A205ED">
        <w:rPr>
          <w:rFonts w:ascii="Calibri" w:hAnsi="Calibri"/>
          <w:b/>
          <w:bCs/>
          <w:sz w:val="19"/>
          <w:lang w:val="it-IT"/>
        </w:rPr>
        <w:t>di NON accettare</w:t>
      </w:r>
      <w:r w:rsidRPr="008B6DC3">
        <w:rPr>
          <w:rFonts w:ascii="Calibri" w:hAnsi="Calibri"/>
          <w:sz w:val="19"/>
          <w:lang w:val="it-IT"/>
        </w:rPr>
        <w:t xml:space="preserve"> formalmente, senza riserve, la borsa di studio ministeriale per la durata legale del corso degli studi della Scuola di Specializzazione, a decorrere dall'inizio ufficiale delle attività didattiche;</w:t>
      </w:r>
    </w:p>
    <w:p w14:paraId="64BF5CE0" w14:textId="63F8873B" w:rsidR="003B04C5" w:rsidRPr="008B6DC3" w:rsidRDefault="006C4A8A" w:rsidP="00290B04">
      <w:pPr>
        <w:pStyle w:val="Puntoelenco"/>
        <w:numPr>
          <w:ilvl w:val="0"/>
          <w:numId w:val="1"/>
        </w:numPr>
        <w:spacing w:before="40" w:after="40"/>
        <w:ind w:right="-469"/>
        <w:rPr>
          <w:lang w:val="it-IT"/>
        </w:rPr>
      </w:pPr>
      <w:r w:rsidRPr="00A205ED">
        <w:rPr>
          <w:rFonts w:ascii="Calibri" w:hAnsi="Calibri"/>
          <w:b/>
          <w:bCs/>
          <w:sz w:val="19"/>
          <w:lang w:val="it-IT"/>
        </w:rPr>
        <w:t>di accettare</w:t>
      </w:r>
      <w:r w:rsidRPr="008B6DC3">
        <w:rPr>
          <w:rFonts w:ascii="Calibri" w:hAnsi="Calibri"/>
          <w:sz w:val="19"/>
          <w:lang w:val="it-IT"/>
        </w:rPr>
        <w:t xml:space="preserve"> formalmente, senza riserve, la borsa di studio ministeriale per la durata legale del corso degli studi della Scuola di Specializzazione, a decorrere dall'inizio ufficiale delle attività didattiche</w:t>
      </w:r>
      <w:r w:rsidR="00511578" w:rsidRPr="008B6DC3">
        <w:rPr>
          <w:rFonts w:ascii="Calibri" w:hAnsi="Calibri"/>
          <w:sz w:val="19"/>
          <w:lang w:val="it-IT"/>
        </w:rPr>
        <w:t>. Conseguentemente DICHIARA</w:t>
      </w:r>
    </w:p>
    <w:p w14:paraId="1C5ADAAA" w14:textId="3266DAF9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non aver superato nell'anno solare </w:t>
      </w:r>
      <w:r w:rsidRPr="008B6DC3">
        <w:rPr>
          <w:rFonts w:ascii="Calibri" w:hAnsi="Calibri"/>
          <w:b/>
          <w:color w:val="2F5496"/>
          <w:sz w:val="19"/>
          <w:lang w:val="it-IT"/>
        </w:rPr>
        <w:t>2025</w:t>
      </w:r>
      <w:r w:rsidRPr="008B6DC3">
        <w:rPr>
          <w:rFonts w:ascii="Calibri" w:hAnsi="Calibri"/>
          <w:sz w:val="19"/>
          <w:lang w:val="it-IT"/>
        </w:rPr>
        <w:t xml:space="preserve"> (anno fiscale di riferimento consolidato per l'immatricolazione alla coorte 2025/2026) un reddito personale complessivo lordo annuo </w:t>
      </w:r>
      <w:r w:rsidRPr="00F334F2">
        <w:rPr>
          <w:rFonts w:ascii="Calibri" w:hAnsi="Calibri"/>
          <w:sz w:val="19"/>
          <w:lang w:val="it-IT"/>
        </w:rPr>
        <w:t xml:space="preserve">pari a </w:t>
      </w:r>
      <w:r w:rsidRPr="00F334F2">
        <w:rPr>
          <w:rFonts w:ascii="Calibri" w:hAnsi="Calibri"/>
          <w:b/>
          <w:sz w:val="19"/>
          <w:lang w:val="it-IT"/>
        </w:rPr>
        <w:t>€ 7.746,85</w:t>
      </w:r>
      <w:r w:rsidRPr="00F334F2">
        <w:rPr>
          <w:rFonts w:ascii="Calibri" w:hAnsi="Calibri"/>
          <w:sz w:val="19"/>
          <w:lang w:val="it-IT"/>
        </w:rPr>
        <w:t xml:space="preserve"> (</w:t>
      </w:r>
      <w:r w:rsidRPr="008B6DC3">
        <w:rPr>
          <w:rFonts w:ascii="Calibri" w:hAnsi="Calibri"/>
          <w:sz w:val="19"/>
          <w:lang w:val="it-IT"/>
        </w:rPr>
        <w:t>Decreto Interministeriale MURST/Tesoro del 19/04/1990); alla determinazione di tale reddito concorrono i redditi di origine patrimoniale e gli emolumenti di qualsiasi altra natura aventi carattere ricorrente, con esclusione di quelli occasionali;</w:t>
      </w:r>
    </w:p>
    <w:p w14:paraId="648364B4" w14:textId="77777777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impegnarsi a presentare all'inizio di ogni successivo anno accademico di corso un'analoga dichiarazione sul mantenimento del requisito reddituale consolidato nell'anno fiscale precedente, pena la decadenza immediata;</w:t>
      </w:r>
    </w:p>
    <w:p w14:paraId="1FBB2908" w14:textId="77777777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non aver mai percepito in precedenza un'altra borsa di studio per un'altra Scuola di Specializzazione, in conformità con quanto stabilito dall'art. 6, comma 2 della Legge n. 398/1989;</w:t>
      </w:r>
    </w:p>
    <w:p w14:paraId="6A21D100" w14:textId="77777777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essere a conoscenza che la borsa è incompatibile con qualsiasi altro tipo di borsa di studio a qualsiasi titolo conferita (salvo integrazioni estero autorizzate), nonché con attività lavorative autonome o subordinate che comportino il superamento del limite reddituale o che creino incompatibilità orarie con l'obbligo di frequenza e impegno a tempo pieno;</w:t>
      </w:r>
    </w:p>
    <w:p w14:paraId="2E5BD693" w14:textId="77777777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essere a conoscenza che il/la dipendente pubblico/a, anche con contratto a tempo determinato, non può fruire della borsa di studio se non collocato/a in congedo straordinario per motivi di studio senza assegni dall'amministrazione di appartenenza (art. 6, comma 7, Legge 398/1989);</w:t>
      </w:r>
    </w:p>
    <w:p w14:paraId="14439C9F" w14:textId="77777777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essere pienamente consapevole che i periodi di assenza per maternità/gravidanza (tutelati ai sensi del </w:t>
      </w:r>
      <w:proofErr w:type="spellStart"/>
      <w:r w:rsidRPr="008B6DC3">
        <w:rPr>
          <w:rFonts w:ascii="Calibri" w:hAnsi="Calibri"/>
          <w:sz w:val="19"/>
          <w:lang w:val="it-IT"/>
        </w:rPr>
        <w:t>D.Lgs.</w:t>
      </w:r>
      <w:proofErr w:type="spellEnd"/>
      <w:r w:rsidRPr="008B6DC3">
        <w:rPr>
          <w:rFonts w:ascii="Calibri" w:hAnsi="Calibri"/>
          <w:sz w:val="19"/>
          <w:lang w:val="it-IT"/>
        </w:rPr>
        <w:t xml:space="preserve"> 26 marzo 2001, n. 151) e per grave malattia comportano la sospensione temporanea della formazione specialistica; durante il periodo di sospensione non viene corrisposta la borsa e l'intero periodo dovrà essere recuperato al termine, con prolungamento della Scuola per il tempo corrispondente;</w:t>
      </w:r>
    </w:p>
    <w:p w14:paraId="00DC43BA" w14:textId="77777777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essere a conoscenza che, ai sensi dell'art. 6, comma 3 della Legge n. 398/1989, la borsa non dà luogo a trattamenti previdenziali (nessun obbligo di iscrizione o versamento INPS Gestione Separata), né a valutazioni ai fini di carriere giuridiche ed economiche;</w:t>
      </w:r>
    </w:p>
    <w:p w14:paraId="1D1EE062" w14:textId="412590C9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essere a conoscenza che le somme erogate sono esenti dall'Imposta sul Reddito delle Persone Fisiche (IRPEF) ai sensi dell'art. 4 della Legge n. 476/1984;</w:t>
      </w:r>
    </w:p>
    <w:p w14:paraId="4492D0B7" w14:textId="77777777" w:rsidR="003B04C5" w:rsidRPr="008B6DC3" w:rsidRDefault="006C4A8A" w:rsidP="00290B04">
      <w:pPr>
        <w:pStyle w:val="Puntoelenco"/>
        <w:spacing w:before="40" w:after="40"/>
        <w:ind w:left="576" w:right="-469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impegnarsi a comunicare immediatamente e per iscritto alla Segreteria Scuole di Specializzazione qualsiasi variazione della propria situazione reddituale o di incompatibilità, accettando la contestuale revoca e l'obbligo di ripetizione (restituzione) delle mensilità percepite indebitamente.</w:t>
      </w:r>
    </w:p>
    <w:p w14:paraId="4F5DDBE7" w14:textId="3050A860" w:rsidR="003B04C5" w:rsidRPr="008B6DC3" w:rsidRDefault="006C4A8A" w:rsidP="00290B04">
      <w:pPr>
        <w:pStyle w:val="Titolo2"/>
        <w:spacing w:after="120"/>
        <w:ind w:right="-469"/>
        <w:rPr>
          <w:lang w:val="it-IT"/>
        </w:rPr>
      </w:pPr>
      <w:r w:rsidRPr="008B6DC3">
        <w:rPr>
          <w:rFonts w:ascii="Calibri" w:hAnsi="Calibri"/>
          <w:color w:val="595959"/>
          <w:sz w:val="24"/>
          <w:lang w:val="it-IT"/>
        </w:rPr>
        <w:t>Coordinate Bancarie per l'Accredito della Borsa (Solo Categoria A</w:t>
      </w:r>
      <w:r w:rsidR="00511578" w:rsidRPr="008B6DC3">
        <w:rPr>
          <w:rFonts w:ascii="Calibri" w:hAnsi="Calibri"/>
          <w:color w:val="595959"/>
          <w:sz w:val="24"/>
          <w:lang w:val="it-IT"/>
        </w:rPr>
        <w:t>, solo nel caso in cui si accetti la borsa</w:t>
      </w:r>
      <w:r w:rsidRPr="008B6DC3">
        <w:rPr>
          <w:rFonts w:ascii="Calibri" w:hAnsi="Calibri"/>
          <w:color w:val="595959"/>
          <w:sz w:val="24"/>
          <w:lang w:val="it-IT"/>
        </w:rPr>
        <w:t>)</w:t>
      </w:r>
    </w:p>
    <w:p w14:paraId="5EC9FFC9" w14:textId="77777777" w:rsidR="003B04C5" w:rsidRPr="008B6DC3" w:rsidRDefault="006C4A8A" w:rsidP="00290B04">
      <w:pPr>
        <w:spacing w:after="120"/>
        <w:ind w:right="-469"/>
        <w:rPr>
          <w:lang w:val="it-IT"/>
        </w:rPr>
      </w:pPr>
      <w:r w:rsidRPr="008B6DC3">
        <w:rPr>
          <w:rFonts w:ascii="Calibri" w:hAnsi="Calibri"/>
          <w:sz w:val="19"/>
          <w:lang w:val="it-IT"/>
        </w:rPr>
        <w:t>Per consentire l'erogazione mensile a mezzo bonifico bancario, indicare un conto corrente intestato o cointestato al/la sottoscritto/a (non sono ammessi libretti postali o conti correnti di terzi):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5861"/>
      </w:tblGrid>
      <w:tr w:rsidR="003B04C5" w:rsidRPr="008B6DC3" w14:paraId="7C93CA87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66BE2E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19"/>
                <w:lang w:val="it-IT"/>
              </w:rPr>
              <w:t>Istituto di Credito (Banca)</w:t>
            </w:r>
          </w:p>
        </w:tc>
        <w:tc>
          <w:tcPr>
            <w:tcW w:w="58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9A9D5D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19"/>
                <w:lang w:val="it-IT"/>
              </w:rPr>
              <w:t>____________________________________________________</w:t>
            </w:r>
          </w:p>
        </w:tc>
      </w:tr>
      <w:tr w:rsidR="003B04C5" w:rsidRPr="008B6DC3" w14:paraId="77514291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CDA3C3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19"/>
                <w:lang w:val="it-IT"/>
              </w:rPr>
              <w:t>Agenzia / Filiale</w:t>
            </w:r>
          </w:p>
        </w:tc>
        <w:tc>
          <w:tcPr>
            <w:tcW w:w="58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106076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19"/>
                <w:lang w:val="it-IT"/>
              </w:rPr>
              <w:t>____________________________________________________</w:t>
            </w:r>
          </w:p>
        </w:tc>
      </w:tr>
      <w:tr w:rsidR="003B04C5" w:rsidRPr="008B6DC3" w14:paraId="7F0817CB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739B42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19"/>
                <w:lang w:val="it-IT"/>
              </w:rPr>
              <w:t>Codice IBAN (27 caratteri)</w:t>
            </w:r>
          </w:p>
        </w:tc>
        <w:tc>
          <w:tcPr>
            <w:tcW w:w="58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17D9B8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19"/>
                <w:lang w:val="it-IT"/>
              </w:rPr>
              <w:t>|__|__|  |__|__|__|__|  |__|__|__|__|__|  |__|__|__|__|__|__|__|__|__|__|__|__|</w:t>
            </w:r>
          </w:p>
        </w:tc>
      </w:tr>
      <w:tr w:rsidR="003B04C5" w:rsidRPr="008B6DC3" w14:paraId="6843FA9D" w14:textId="77777777">
        <w:trPr>
          <w:jc w:val="center"/>
        </w:trPr>
        <w:tc>
          <w:tcPr>
            <w:tcW w:w="3168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85D089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b/>
                <w:color w:val="2F5496"/>
                <w:sz w:val="19"/>
                <w:lang w:val="it-IT"/>
              </w:rPr>
              <w:t>Codice BIC / SWIFT (se estero)</w:t>
            </w:r>
          </w:p>
        </w:tc>
        <w:tc>
          <w:tcPr>
            <w:tcW w:w="586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9E1978" w14:textId="77777777" w:rsidR="003B04C5" w:rsidRPr="008B6DC3" w:rsidRDefault="006C4A8A">
            <w:pPr>
              <w:rPr>
                <w:lang w:val="it-IT"/>
              </w:rPr>
            </w:pPr>
            <w:r w:rsidRPr="008B6DC3">
              <w:rPr>
                <w:rFonts w:ascii="Calibri" w:hAnsi="Calibri"/>
                <w:color w:val="BFBFBF"/>
                <w:sz w:val="19"/>
                <w:lang w:val="it-IT"/>
              </w:rPr>
              <w:t>____________</w:t>
            </w:r>
          </w:p>
        </w:tc>
      </w:tr>
    </w:tbl>
    <w:p w14:paraId="12F25A11" w14:textId="77777777" w:rsidR="003B04C5" w:rsidRPr="008B6DC3" w:rsidRDefault="006C4A8A">
      <w:pPr>
        <w:rPr>
          <w:lang w:val="it-IT"/>
        </w:rPr>
      </w:pPr>
      <w:r w:rsidRPr="008B6DC3">
        <w:rPr>
          <w:lang w:val="it-IT"/>
        </w:rPr>
        <w:br w:type="page"/>
      </w:r>
    </w:p>
    <w:p w14:paraId="7675E968" w14:textId="77777777" w:rsidR="003B04C5" w:rsidRPr="008B6DC3" w:rsidRDefault="006C4A8A">
      <w:pPr>
        <w:pStyle w:val="Titolo1"/>
        <w:spacing w:before="240" w:after="120"/>
        <w:rPr>
          <w:lang w:val="it-IT"/>
        </w:rPr>
      </w:pPr>
      <w:r w:rsidRPr="008B6DC3">
        <w:rPr>
          <w:rFonts w:ascii="Calibri" w:hAnsi="Calibri"/>
          <w:color w:val="2F5496"/>
          <w:lang w:val="it-IT"/>
        </w:rPr>
        <w:lastRenderedPageBreak/>
        <w:t>4. Dichiarazione e Accettazione Posto per Categoria B (Senza Borsa per Motivi Giuridici/Titolo di Studio)</w:t>
      </w:r>
    </w:p>
    <w:p w14:paraId="24883391" w14:textId="77777777" w:rsidR="003B04C5" w:rsidRPr="008B6DC3" w:rsidRDefault="006C4A8A">
      <w:pPr>
        <w:spacing w:after="120"/>
        <w:rPr>
          <w:lang w:val="it-IT"/>
        </w:rPr>
      </w:pPr>
      <w:r w:rsidRPr="008B6DC3">
        <w:rPr>
          <w:rFonts w:ascii="Calibri" w:hAnsi="Calibri"/>
          <w:i/>
          <w:color w:val="7F7F7F"/>
          <w:sz w:val="19"/>
          <w:lang w:val="it-IT"/>
        </w:rPr>
        <w:t xml:space="preserve">Da compilare esclusivamente a cura degli </w:t>
      </w:r>
      <w:proofErr w:type="spellStart"/>
      <w:r w:rsidRPr="008B6DC3">
        <w:rPr>
          <w:rFonts w:ascii="Calibri" w:hAnsi="Calibri"/>
          <w:i/>
          <w:color w:val="7F7F7F"/>
          <w:sz w:val="19"/>
          <w:lang w:val="it-IT"/>
        </w:rPr>
        <w:t>immatricolandi</w:t>
      </w:r>
      <w:proofErr w:type="spellEnd"/>
      <w:r w:rsidRPr="008B6DC3">
        <w:rPr>
          <w:rFonts w:ascii="Calibri" w:hAnsi="Calibri"/>
          <w:i/>
          <w:color w:val="7F7F7F"/>
          <w:sz w:val="19"/>
          <w:lang w:val="it-IT"/>
        </w:rPr>
        <w:t xml:space="preserve"> con titolo di studio non ammesso al finanziamento ministeriale (Categoria B).</w:t>
      </w:r>
    </w:p>
    <w:p w14:paraId="182F1406" w14:textId="6E7BEB01" w:rsidR="003B04C5" w:rsidRPr="008B6DC3" w:rsidRDefault="006C4A8A">
      <w:pPr>
        <w:spacing w:after="160"/>
        <w:rPr>
          <w:lang w:val="it-IT"/>
        </w:rPr>
      </w:pPr>
      <w:r w:rsidRPr="008B6DC3">
        <w:rPr>
          <w:rFonts w:ascii="Calibri" w:hAnsi="Calibri"/>
          <w:sz w:val="20"/>
          <w:lang w:val="it-IT"/>
        </w:rPr>
        <w:t>Il/La sottoscritto/a, consapevole di essere ammesso/a alla Scuola di Specializzazione in posizione di graduatoria utile ma in possesso di un titolo di studio (es. Laurea Magistrale LM-9 in Biotecnologie Mediche, Genomica Funzionale o altra classe esclusa) che non risulta ricompreso tra i profili e le classi di laurea destinatarie dei finanziamenti statali del MUR ai sensi dell'articolo 8, comma 1 della Legge 29 dicembre 2000, n. 401</w:t>
      </w:r>
      <w:r w:rsidR="008B6DC3" w:rsidRPr="008B6DC3">
        <w:rPr>
          <w:rFonts w:ascii="Calibri" w:hAnsi="Calibri"/>
          <w:sz w:val="20"/>
          <w:lang w:val="it-IT"/>
        </w:rPr>
        <w:t>, DICHIARA</w:t>
      </w:r>
    </w:p>
    <w:p w14:paraId="611FF58E" w14:textId="77777777" w:rsidR="003B04C5" w:rsidRPr="008B6DC3" w:rsidRDefault="006C4A8A">
      <w:pPr>
        <w:pStyle w:val="Puntoelenco"/>
        <w:spacing w:before="60" w:after="60"/>
        <w:ind w:left="576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accettare formalmente l'immatricolazione e la frequenza alla Scuola di Specializzazione su posto non coperto da borsa di studio ministeriale, a titolo interamente volontario;</w:t>
      </w:r>
    </w:p>
    <w:p w14:paraId="221C3E73" w14:textId="4E33888A" w:rsidR="003B04C5" w:rsidRPr="008B6DC3" w:rsidRDefault="006C4A8A">
      <w:pPr>
        <w:pStyle w:val="Puntoelenco"/>
        <w:spacing w:before="60" w:after="60"/>
        <w:ind w:left="576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essere pienamente consapevole che l'esclusione dal finanziamento deriva dalla vigente formulazione della Legge n. 401/2000, e che l'Ateneo ha applicato i vincoli normativi ministeriali;</w:t>
      </w:r>
    </w:p>
    <w:p w14:paraId="309490E7" w14:textId="77777777" w:rsidR="003B04C5" w:rsidRPr="008B6DC3" w:rsidRDefault="006C4A8A">
      <w:pPr>
        <w:pStyle w:val="Puntoelenco"/>
        <w:spacing w:before="60" w:after="60"/>
        <w:ind w:left="576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riconoscere che la mancata erogazione della borsa di studio non pregiudica in alcun modo l'obbligo di garantire l'impegno formativo a tempo pieno e la frequenza obbligatoria alle attività didattiche e di tirocinio previste dall'ordinamento della Scuola;</w:t>
      </w:r>
    </w:p>
    <w:p w14:paraId="4E87C090" w14:textId="64A0168A" w:rsidR="003B04C5" w:rsidRPr="008B6DC3" w:rsidRDefault="006C4A8A">
      <w:pPr>
        <w:pStyle w:val="Puntoelenco"/>
        <w:spacing w:before="60" w:after="60"/>
        <w:ind w:left="576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impegnarsi a non avanzare alcuna richiesta risarcitoria, azione legale o pretesa economica retroattiva nei confronti dell'Ateneo o del MUR per l'assenza del finanziamento, fatto salvo il diritto di beneficiare di eventuali provvedimenti normativi straordinari o di finanziamento aggiuntivo che dovessero essere formalmente adottati in futuro </w:t>
      </w:r>
      <w:r w:rsidR="007A203C" w:rsidRPr="008B6DC3">
        <w:rPr>
          <w:rFonts w:ascii="Calibri" w:hAnsi="Calibri"/>
          <w:sz w:val="19"/>
          <w:lang w:val="it-IT"/>
        </w:rPr>
        <w:t>dal MUR</w:t>
      </w:r>
      <w:r w:rsidRPr="008B6DC3">
        <w:rPr>
          <w:rFonts w:ascii="Calibri" w:hAnsi="Calibri"/>
          <w:sz w:val="19"/>
          <w:lang w:val="it-IT"/>
        </w:rPr>
        <w:t>.</w:t>
      </w:r>
    </w:p>
    <w:p w14:paraId="48F33B90" w14:textId="77777777" w:rsidR="003B04C5" w:rsidRPr="008B6DC3" w:rsidRDefault="006C4A8A">
      <w:pPr>
        <w:pStyle w:val="Titolo1"/>
        <w:spacing w:before="240" w:after="120"/>
        <w:rPr>
          <w:lang w:val="it-IT"/>
        </w:rPr>
      </w:pPr>
      <w:r w:rsidRPr="008B6DC3">
        <w:rPr>
          <w:rFonts w:ascii="Calibri" w:hAnsi="Calibri"/>
          <w:color w:val="2F5496"/>
          <w:lang w:val="it-IT"/>
        </w:rPr>
        <w:t>5. Accettazione Posto e Liberatoria per Categoria C (Senza Borsa per Posizione in Graduatoria)</w:t>
      </w:r>
    </w:p>
    <w:p w14:paraId="60BF0643" w14:textId="50165B57" w:rsidR="00290B04" w:rsidRDefault="006C4A8A">
      <w:pPr>
        <w:spacing w:after="120"/>
        <w:rPr>
          <w:rFonts w:ascii="Calibri" w:hAnsi="Calibri"/>
          <w:i/>
          <w:color w:val="7F7F7F"/>
          <w:sz w:val="19"/>
          <w:lang w:val="it-IT"/>
        </w:rPr>
      </w:pPr>
      <w:r w:rsidRPr="008B6DC3">
        <w:rPr>
          <w:rFonts w:ascii="Calibri" w:hAnsi="Calibri"/>
          <w:i/>
          <w:color w:val="7F7F7F"/>
          <w:sz w:val="19"/>
          <w:lang w:val="it-IT"/>
        </w:rPr>
        <w:t xml:space="preserve">Da compilare esclusivamente a cura degli </w:t>
      </w:r>
      <w:proofErr w:type="spellStart"/>
      <w:r w:rsidRPr="008B6DC3">
        <w:rPr>
          <w:rFonts w:ascii="Calibri" w:hAnsi="Calibri"/>
          <w:i/>
          <w:color w:val="7F7F7F"/>
          <w:sz w:val="19"/>
          <w:lang w:val="it-IT"/>
        </w:rPr>
        <w:t>immatricolandi</w:t>
      </w:r>
      <w:proofErr w:type="spellEnd"/>
      <w:r w:rsidRPr="008B6DC3">
        <w:rPr>
          <w:rFonts w:ascii="Calibri" w:hAnsi="Calibri"/>
          <w:i/>
          <w:color w:val="7F7F7F"/>
          <w:sz w:val="19"/>
          <w:lang w:val="it-IT"/>
        </w:rPr>
        <w:t xml:space="preserve"> </w:t>
      </w:r>
      <w:r w:rsidR="00290B04" w:rsidRPr="008B6DC3">
        <w:rPr>
          <w:rFonts w:ascii="Calibri" w:hAnsi="Calibri"/>
          <w:sz w:val="19"/>
          <w:lang w:val="it-IT"/>
        </w:rPr>
        <w:t>“</w:t>
      </w:r>
      <w:r w:rsidR="00290B04" w:rsidRPr="00290B04">
        <w:rPr>
          <w:rFonts w:ascii="Calibri" w:hAnsi="Calibri"/>
          <w:i/>
          <w:color w:val="7F7F7F"/>
          <w:sz w:val="19"/>
          <w:lang w:val="it-IT"/>
        </w:rPr>
        <w:t>senza borsa”, poiché collocati oltre l'ultimo posto finanziato, entro la capacità recettiva della Scuola</w:t>
      </w:r>
    </w:p>
    <w:p w14:paraId="3640E8B1" w14:textId="67090984" w:rsidR="003B04C5" w:rsidRPr="008B6DC3" w:rsidRDefault="006C4A8A">
      <w:pPr>
        <w:spacing w:after="120"/>
        <w:rPr>
          <w:lang w:val="it-IT"/>
        </w:rPr>
      </w:pPr>
      <w:r w:rsidRPr="008B6DC3">
        <w:rPr>
          <w:rFonts w:ascii="Calibri" w:hAnsi="Calibri"/>
          <w:i/>
          <w:color w:val="7F7F7F"/>
          <w:sz w:val="19"/>
          <w:lang w:val="it-IT"/>
        </w:rPr>
        <w:t>su posto non coperto da borsa ministeriale per scorrimento (Categoria C).</w:t>
      </w:r>
    </w:p>
    <w:p w14:paraId="732B9EEC" w14:textId="6E71E543" w:rsidR="003B04C5" w:rsidRPr="008B6DC3" w:rsidRDefault="006C4A8A">
      <w:pPr>
        <w:spacing w:after="160"/>
        <w:rPr>
          <w:lang w:val="it-IT"/>
        </w:rPr>
      </w:pPr>
      <w:r w:rsidRPr="008B6DC3">
        <w:rPr>
          <w:rFonts w:ascii="Calibri" w:hAnsi="Calibri"/>
          <w:sz w:val="20"/>
          <w:lang w:val="it-IT"/>
        </w:rPr>
        <w:t xml:space="preserve">Il/La sottoscritto/a, consapevole di essersi collocato/a in posizione di graduatoria idonea ma non coperta dal </w:t>
      </w:r>
      <w:r w:rsidR="002223F8">
        <w:rPr>
          <w:rFonts w:ascii="Calibri" w:hAnsi="Calibri"/>
          <w:sz w:val="20"/>
          <w:lang w:val="it-IT"/>
        </w:rPr>
        <w:t xml:space="preserve">finanziamento delle </w:t>
      </w:r>
      <w:r w:rsidRPr="008B6DC3">
        <w:rPr>
          <w:rFonts w:ascii="Calibri" w:hAnsi="Calibri"/>
          <w:sz w:val="20"/>
          <w:lang w:val="it-IT"/>
        </w:rPr>
        <w:t xml:space="preserve">borse di studio ministeriali assegnate all'Ateneo (ai sensi del D.M. n. 987 del 31/07/2026), ma comunque entro il limite massimo della capacità recettiva e di sostenibilità didattica </w:t>
      </w:r>
      <w:r w:rsidR="008B6DC3" w:rsidRPr="008B6DC3">
        <w:rPr>
          <w:rFonts w:ascii="Calibri" w:hAnsi="Calibri"/>
          <w:sz w:val="20"/>
          <w:lang w:val="it-IT"/>
        </w:rPr>
        <w:t>prevista</w:t>
      </w:r>
      <w:r w:rsidRPr="008B6DC3">
        <w:rPr>
          <w:rFonts w:ascii="Calibri" w:hAnsi="Calibri"/>
          <w:sz w:val="20"/>
          <w:lang w:val="it-IT"/>
        </w:rPr>
        <w:t xml:space="preserve"> per la Scuola di Specializzazione</w:t>
      </w:r>
      <w:r w:rsidR="008B6DC3" w:rsidRPr="008B6DC3">
        <w:rPr>
          <w:rFonts w:ascii="Calibri" w:hAnsi="Calibri"/>
          <w:sz w:val="20"/>
          <w:lang w:val="it-IT"/>
        </w:rPr>
        <w:t xml:space="preserve">, </w:t>
      </w:r>
      <w:r w:rsidR="008B6DC3" w:rsidRPr="002223F8">
        <w:rPr>
          <w:rFonts w:ascii="Calibri" w:hAnsi="Calibri"/>
          <w:b/>
          <w:bCs/>
          <w:sz w:val="20"/>
          <w:lang w:val="it-IT"/>
        </w:rPr>
        <w:t>DICHIARA</w:t>
      </w:r>
    </w:p>
    <w:p w14:paraId="6B7CAEA8" w14:textId="77777777" w:rsidR="003B04C5" w:rsidRPr="008B6DC3" w:rsidRDefault="006C4A8A">
      <w:pPr>
        <w:pStyle w:val="Puntoelenco"/>
        <w:spacing w:before="60" w:after="60"/>
        <w:ind w:left="576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accettare l'immatricolazione e l'iscrizione alla Scuola di Specializzazione su posto senza borsa di studio per tutta la durata legale del corso, a titolo volontario;</w:t>
      </w:r>
    </w:p>
    <w:p w14:paraId="294544AA" w14:textId="77777777" w:rsidR="003B04C5" w:rsidRPr="008B6DC3" w:rsidRDefault="006C4A8A">
      <w:pPr>
        <w:pStyle w:val="Puntoelenco"/>
        <w:spacing w:before="60" w:after="60"/>
        <w:ind w:left="576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dichiarare, con la sottoscrizione del presente atto, di essere pienamente e perfettamente edotto/a del fatto che la frequenza non darà diritto ad alcuna borsa di studio, compenso, emolumento o rimborso spese a carico del bilancio universitario o statale, per tutta la durata del corso degli studi;</w:t>
      </w:r>
    </w:p>
    <w:p w14:paraId="6167FB4F" w14:textId="77777777" w:rsidR="003B04C5" w:rsidRPr="008B6DC3" w:rsidRDefault="006C4A8A">
      <w:pPr>
        <w:pStyle w:val="Puntoelenco"/>
        <w:spacing w:before="60" w:after="60"/>
        <w:ind w:left="576"/>
        <w:rPr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esprimere la propria irrevocabile rinuncia a qualsiasi pretesa economica passata, presente o futura, nonché a intraprendere azioni di natura legale o contenziosa dinanzi alla giustizia ordinaria o amministrativa nei confronti dell'Ateneo o del Ministero dell'Università e della Ricerca (MUR) in relazione alla carenza di copertura finanziaria per la posizione ricoperta;</w:t>
      </w:r>
    </w:p>
    <w:p w14:paraId="6D20DF76" w14:textId="537EC2F1" w:rsidR="00290B04" w:rsidRDefault="006C4A8A">
      <w:pPr>
        <w:pStyle w:val="Puntoelenco"/>
        <w:spacing w:before="60" w:after="60"/>
        <w:ind w:left="576"/>
        <w:rPr>
          <w:rFonts w:ascii="Calibri" w:hAnsi="Calibri"/>
          <w:sz w:val="19"/>
          <w:lang w:val="it-IT"/>
        </w:rPr>
      </w:pPr>
      <w:r w:rsidRPr="008B6DC3">
        <w:rPr>
          <w:rFonts w:ascii="Calibri" w:hAnsi="Calibri"/>
          <w:b/>
          <w:color w:val="2F5496"/>
          <w:sz w:val="19"/>
          <w:lang w:val="it-IT"/>
        </w:rPr>
        <w:t>☒</w:t>
      </w:r>
      <w:r w:rsidRPr="008B6DC3">
        <w:rPr>
          <w:rFonts w:ascii="Calibri" w:hAnsi="Calibri"/>
          <w:sz w:val="19"/>
          <w:lang w:val="it-IT"/>
        </w:rPr>
        <w:t xml:space="preserve"> di riconoscere che la mancata attribuzione della borsa non esonera dall'obbligo di frequenza regolare, diligenza e partecipazione attiva a tutte le attività didattiche teorico-pratiche previste dal regolamento didattico della Scuola, a tempo pieno e con impegno esclusivo.</w:t>
      </w:r>
      <w:r w:rsidR="00290B04">
        <w:rPr>
          <w:rFonts w:ascii="Calibri" w:hAnsi="Calibri"/>
          <w:sz w:val="19"/>
          <w:lang w:val="it-IT"/>
        </w:rPr>
        <w:br w:type="page"/>
      </w:r>
    </w:p>
    <w:p w14:paraId="410974C3" w14:textId="77777777" w:rsidR="003B04C5" w:rsidRPr="008B6DC3" w:rsidRDefault="003B04C5">
      <w:pPr>
        <w:pStyle w:val="Puntoelenco"/>
        <w:spacing w:before="60" w:after="60"/>
        <w:ind w:left="576"/>
        <w:rPr>
          <w:lang w:val="it-IT"/>
        </w:rPr>
      </w:pPr>
    </w:p>
    <w:p w14:paraId="2129A2F0" w14:textId="77777777" w:rsidR="003B04C5" w:rsidRPr="008B6DC3" w:rsidRDefault="006C4A8A">
      <w:pPr>
        <w:pStyle w:val="Titolo1"/>
        <w:spacing w:before="240" w:after="120"/>
        <w:rPr>
          <w:lang w:val="it-IT"/>
        </w:rPr>
      </w:pPr>
      <w:r w:rsidRPr="008B6DC3">
        <w:rPr>
          <w:rFonts w:ascii="Calibri" w:hAnsi="Calibri"/>
          <w:color w:val="2F5496"/>
          <w:lang w:val="it-IT"/>
        </w:rPr>
        <w:t>6. Sottoscrizione Generale del Modulo</w:t>
      </w:r>
    </w:p>
    <w:p w14:paraId="555C8869" w14:textId="1B817ED8" w:rsidR="003B04C5" w:rsidRPr="008B6DC3" w:rsidRDefault="006C4A8A">
      <w:pPr>
        <w:spacing w:after="160"/>
        <w:rPr>
          <w:lang w:val="it-IT"/>
        </w:rPr>
      </w:pPr>
      <w:r w:rsidRPr="00BB420E">
        <w:rPr>
          <w:rFonts w:ascii="Calibri" w:hAnsi="Calibri"/>
          <w:i/>
          <w:sz w:val="19"/>
          <w:lang w:val="it-IT"/>
        </w:rPr>
        <w:t xml:space="preserve">La presente dichiarazione, una volta compilata nella sezione di interesse sulla base della categoria dichiarata, deve essere firmata </w:t>
      </w:r>
      <w:r w:rsidR="00290B04" w:rsidRPr="00BB420E">
        <w:rPr>
          <w:rFonts w:ascii="Calibri" w:hAnsi="Calibri"/>
          <w:i/>
          <w:sz w:val="19"/>
          <w:lang w:val="it-IT"/>
        </w:rPr>
        <w:t>dal dichiarante</w:t>
      </w:r>
      <w:r w:rsidRPr="00BB420E">
        <w:rPr>
          <w:rFonts w:ascii="Calibri" w:hAnsi="Calibri"/>
          <w:i/>
          <w:sz w:val="19"/>
          <w:lang w:val="it-IT"/>
        </w:rPr>
        <w:t xml:space="preserve"> ed allegata obbligatoriamente all'interno della procedura informatica di immatricolazione entro i termini </w:t>
      </w:r>
      <w:r w:rsidR="00290B04" w:rsidRPr="00BB420E">
        <w:rPr>
          <w:rFonts w:ascii="Calibri" w:hAnsi="Calibri"/>
          <w:i/>
          <w:sz w:val="19"/>
          <w:lang w:val="it-IT"/>
        </w:rPr>
        <w:t>indicati nel decreto di approvazione atti</w:t>
      </w:r>
      <w:r w:rsidRPr="00BB420E">
        <w:rPr>
          <w:rFonts w:ascii="Calibri" w:hAnsi="Calibri"/>
          <w:i/>
          <w:sz w:val="19"/>
          <w:lang w:val="it-IT"/>
        </w:rPr>
        <w:t>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4565"/>
      </w:tblGrid>
      <w:tr w:rsidR="003B04C5" w:rsidRPr="008B6DC3" w14:paraId="3DA64D0F" w14:textId="77777777">
        <w:trPr>
          <w:jc w:val="center"/>
        </w:trPr>
        <w:tc>
          <w:tcPr>
            <w:tcW w:w="4464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E9F8F6" w14:textId="0F6BB533" w:rsidR="003B04C5" w:rsidRPr="008B6DC3" w:rsidRDefault="006C4A8A">
            <w:pPr>
              <w:spacing w:before="120" w:after="800"/>
              <w:rPr>
                <w:lang w:val="it-IT"/>
              </w:rPr>
            </w:pPr>
            <w:r w:rsidRPr="008B6DC3">
              <w:rPr>
                <w:rFonts w:ascii="Calibri" w:hAnsi="Calibri"/>
                <w:b/>
                <w:sz w:val="20"/>
                <w:lang w:val="it-IT"/>
              </w:rPr>
              <w:t>Luogo e Data</w:t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</w:p>
        </w:tc>
        <w:tc>
          <w:tcPr>
            <w:tcW w:w="456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00E6E3" w14:textId="451C03BB" w:rsidR="003B04C5" w:rsidRPr="008B6DC3" w:rsidRDefault="006C4A8A">
            <w:pPr>
              <w:spacing w:before="120" w:after="800"/>
              <w:rPr>
                <w:lang w:val="it-IT"/>
              </w:rPr>
            </w:pPr>
            <w:r w:rsidRPr="008B6DC3">
              <w:rPr>
                <w:rFonts w:ascii="Calibri" w:hAnsi="Calibri"/>
                <w:b/>
                <w:sz w:val="20"/>
                <w:lang w:val="it-IT"/>
              </w:rPr>
              <w:t xml:space="preserve">Firma </w:t>
            </w:r>
            <w:r w:rsidR="00290B04">
              <w:rPr>
                <w:rFonts w:ascii="Calibri" w:hAnsi="Calibri"/>
                <w:b/>
                <w:sz w:val="20"/>
                <w:lang w:val="it-IT"/>
              </w:rPr>
              <w:t>del dichiarante</w:t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t xml:space="preserve"> </w:t>
            </w:r>
            <w:r w:rsidR="00290B04">
              <w:rPr>
                <w:rFonts w:ascii="Calibri" w:hAnsi="Calibri"/>
                <w:b/>
                <w:sz w:val="20"/>
                <w:lang w:val="it-IT"/>
              </w:rPr>
              <w:br/>
              <w:t>(se olografa, allegare documento di identità)</w:t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  <w:r w:rsidRPr="008B6DC3">
              <w:rPr>
                <w:rFonts w:ascii="Calibri" w:hAnsi="Calibri"/>
                <w:b/>
                <w:sz w:val="20"/>
                <w:lang w:val="it-IT"/>
              </w:rPr>
              <w:br/>
            </w:r>
            <w:r w:rsidRPr="008B6DC3">
              <w:rPr>
                <w:rFonts w:ascii="Calibri" w:hAnsi="Calibri"/>
                <w:sz w:val="20"/>
                <w:lang w:val="it-IT"/>
              </w:rPr>
              <w:t>________________________________________</w:t>
            </w:r>
          </w:p>
        </w:tc>
      </w:tr>
    </w:tbl>
    <w:p w14:paraId="2FE713F0" w14:textId="77777777" w:rsidR="00471427" w:rsidRDefault="00471427">
      <w:pPr>
        <w:rPr>
          <w:lang w:val="it-IT"/>
        </w:rPr>
      </w:pPr>
    </w:p>
    <w:sectPr w:rsidR="00471427" w:rsidSect="00A205ED">
      <w:pgSz w:w="11909" w:h="16834" w:code="9"/>
      <w:pgMar w:top="1276" w:right="1440" w:bottom="992" w:left="1440" w:header="284" w:footer="4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6C75A" w14:textId="77777777" w:rsidR="00471427" w:rsidRDefault="006C4A8A">
      <w:pPr>
        <w:spacing w:after="0" w:line="240" w:lineRule="auto"/>
      </w:pPr>
      <w:r>
        <w:separator/>
      </w:r>
    </w:p>
  </w:endnote>
  <w:endnote w:type="continuationSeparator" w:id="0">
    <w:p w14:paraId="7FCC9334" w14:textId="77777777" w:rsidR="00471427" w:rsidRDefault="006C4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0126F" w14:textId="29909F02" w:rsidR="003B04C5" w:rsidRDefault="006C4A8A">
    <w:pPr>
      <w:pStyle w:val="Pidipagina"/>
      <w:jc w:val="center"/>
    </w:pPr>
    <w:proofErr w:type="spellStart"/>
    <w:r>
      <w:rPr>
        <w:rFonts w:ascii="Calibri" w:hAnsi="Calibri"/>
        <w:color w:val="7F7F7F"/>
        <w:sz w:val="17"/>
      </w:rPr>
      <w:t>Scuole</w:t>
    </w:r>
    <w:proofErr w:type="spellEnd"/>
    <w:r>
      <w:rPr>
        <w:rFonts w:ascii="Calibri" w:hAnsi="Calibri"/>
        <w:color w:val="7F7F7F"/>
        <w:sz w:val="17"/>
      </w:rPr>
      <w:t xml:space="preserve"> </w:t>
    </w:r>
    <w:proofErr w:type="spellStart"/>
    <w:r>
      <w:rPr>
        <w:rFonts w:ascii="Calibri" w:hAnsi="Calibri"/>
        <w:color w:val="7F7F7F"/>
        <w:sz w:val="17"/>
      </w:rPr>
      <w:t>Sanitarie</w:t>
    </w:r>
    <w:proofErr w:type="spellEnd"/>
    <w:r>
      <w:rPr>
        <w:rFonts w:ascii="Calibri" w:hAnsi="Calibri"/>
        <w:color w:val="7F7F7F"/>
        <w:sz w:val="17"/>
      </w:rPr>
      <w:t xml:space="preserve"> Non </w:t>
    </w:r>
    <w:proofErr w:type="spellStart"/>
    <w:r>
      <w:rPr>
        <w:rFonts w:ascii="Calibri" w:hAnsi="Calibri"/>
        <w:color w:val="7F7F7F"/>
        <w:sz w:val="17"/>
      </w:rPr>
      <w:t>Mediche</w:t>
    </w:r>
    <w:proofErr w:type="spellEnd"/>
    <w:r>
      <w:rPr>
        <w:rFonts w:ascii="Calibri" w:hAnsi="Calibri"/>
        <w:color w:val="7F7F7F"/>
        <w:sz w:val="17"/>
      </w:rPr>
      <w:t xml:space="preserve"> — A.A. 2025/2026</w:t>
    </w:r>
    <w:r>
      <w:rPr>
        <w:rFonts w:ascii="Calibri" w:hAnsi="Calibri"/>
        <w:color w:val="7F7F7F"/>
        <w:sz w:val="17"/>
      </w:rPr>
      <w:br/>
      <w:t xml:space="preserve">Pagina </w:t>
    </w:r>
    <w:r>
      <w:fldChar w:fldCharType="begin"/>
    </w:r>
    <w:r>
      <w:instrText>PAGE</w:instrText>
    </w:r>
    <w:r>
      <w:fldChar w:fldCharType="separate"/>
    </w:r>
    <w:r w:rsidR="00651E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4BD7F" w14:textId="77777777" w:rsidR="00471427" w:rsidRDefault="006C4A8A">
      <w:pPr>
        <w:spacing w:after="0" w:line="240" w:lineRule="auto"/>
      </w:pPr>
      <w:r>
        <w:separator/>
      </w:r>
    </w:p>
  </w:footnote>
  <w:footnote w:type="continuationSeparator" w:id="0">
    <w:p w14:paraId="62236763" w14:textId="77777777" w:rsidR="00471427" w:rsidRDefault="006C4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D518" w14:textId="77777777" w:rsidR="00B873AB" w:rsidRDefault="00B873AB" w:rsidP="00B873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740AE19" wp14:editId="6254B5C5">
          <wp:simplePos x="0" y="0"/>
          <wp:positionH relativeFrom="column">
            <wp:posOffset>-666115</wp:posOffset>
          </wp:positionH>
          <wp:positionV relativeFrom="paragraph">
            <wp:posOffset>-110490</wp:posOffset>
          </wp:positionV>
          <wp:extent cx="3950653" cy="1249509"/>
          <wp:effectExtent l="0" t="0" r="0" b="0"/>
          <wp:wrapNone/>
          <wp:docPr id="30" name="image1.jpg" descr="Logo Università degli Studi di Firenze e HR Excellence in Resear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Università degli Studi di Firenze e HR Excellence in Research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50653" cy="12495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51569D2" wp14:editId="41897003">
              <wp:simplePos x="0" y="0"/>
              <wp:positionH relativeFrom="column">
                <wp:posOffset>3081339</wp:posOffset>
              </wp:positionH>
              <wp:positionV relativeFrom="paragraph">
                <wp:posOffset>152401</wp:posOffset>
              </wp:positionV>
              <wp:extent cx="2421255" cy="693230"/>
              <wp:effectExtent l="0" t="0" r="0" b="0"/>
              <wp:wrapNone/>
              <wp:docPr id="56" name="Rettangolo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9185" y="3459643"/>
                        <a:ext cx="2373630" cy="640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5802F0" w14:textId="77777777" w:rsidR="00B873AB" w:rsidRDefault="00B873AB" w:rsidP="00B873A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 xml:space="preserve">     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 xml:space="preserve">AREA </w:t>
                          </w:r>
                        </w:p>
                        <w:p w14:paraId="7B75AEB0" w14:textId="77777777" w:rsidR="00B873AB" w:rsidRDefault="00B873AB" w:rsidP="00B873AB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8"/>
                            </w:rPr>
                            <w:t>SERVIZI ALLA DIDATTICA</w:t>
                          </w:r>
                        </w:p>
                        <w:p w14:paraId="6CBB9FBA" w14:textId="77777777" w:rsidR="00B873AB" w:rsidRDefault="00B873AB" w:rsidP="00B873AB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1569D2" id="Rettangolo 56" o:spid="_x0000_s1026" style="position:absolute;margin-left:242.65pt;margin-top:12pt;width:190.65pt;height:5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" filled="f" stroked="f">
              <v:textbox inset="2.53958mm,1.2694mm,2.53958mm,1.2694mm">
                <w:txbxContent>
                  <w:p w14:paraId="705802F0" w14:textId="77777777" w:rsidR="00B873AB" w:rsidRDefault="00B873AB" w:rsidP="00B873AB">
                    <w:pPr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 xml:space="preserve">      </w:t>
                    </w:r>
                    <w:r>
                      <w:rPr>
                        <w:rFonts w:ascii="Arial" w:eastAsia="Arial" w:hAnsi="Arial" w:cs="Arial"/>
                        <w:color w:val="000000"/>
                        <w:sz w:val="18"/>
                      </w:rPr>
                      <w:t xml:space="preserve">AREA </w:t>
                    </w:r>
                  </w:p>
                  <w:p w14:paraId="7B75AEB0" w14:textId="77777777" w:rsidR="00B873AB" w:rsidRDefault="00B873AB" w:rsidP="00B873AB">
                    <w:pPr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18"/>
                      </w:rPr>
                      <w:t>SERVIZI ALLA DIDATTICA</w:t>
                    </w:r>
                  </w:p>
                  <w:p w14:paraId="6CBB9FBA" w14:textId="77777777" w:rsidR="00B873AB" w:rsidRDefault="00B873AB" w:rsidP="00B873AB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6E982266" w14:textId="77777777" w:rsidR="00B873AB" w:rsidRDefault="00B873A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654D490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B85"/>
    <w:rsid w:val="00066BF6"/>
    <w:rsid w:val="0015074B"/>
    <w:rsid w:val="001871AD"/>
    <w:rsid w:val="001A1B87"/>
    <w:rsid w:val="001E4FCD"/>
    <w:rsid w:val="002223F8"/>
    <w:rsid w:val="00290B04"/>
    <w:rsid w:val="0029639D"/>
    <w:rsid w:val="00326F90"/>
    <w:rsid w:val="003B04C5"/>
    <w:rsid w:val="003E19BE"/>
    <w:rsid w:val="00471427"/>
    <w:rsid w:val="00511578"/>
    <w:rsid w:val="00530E80"/>
    <w:rsid w:val="0054304E"/>
    <w:rsid w:val="00651EB5"/>
    <w:rsid w:val="006C4A8A"/>
    <w:rsid w:val="0070116F"/>
    <w:rsid w:val="007A203C"/>
    <w:rsid w:val="008B6DC3"/>
    <w:rsid w:val="0094261C"/>
    <w:rsid w:val="009E4CF6"/>
    <w:rsid w:val="00A205ED"/>
    <w:rsid w:val="00AA1D8D"/>
    <w:rsid w:val="00B006B8"/>
    <w:rsid w:val="00B07C91"/>
    <w:rsid w:val="00B4703F"/>
    <w:rsid w:val="00B47730"/>
    <w:rsid w:val="00B873AB"/>
    <w:rsid w:val="00BB420E"/>
    <w:rsid w:val="00CB0664"/>
    <w:rsid w:val="00D43276"/>
    <w:rsid w:val="00D75799"/>
    <w:rsid w:val="00DA049A"/>
    <w:rsid w:val="00EC4E1C"/>
    <w:rsid w:val="00F334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5ABDE5AF"/>
  <w14:defaultImageDpi w14:val="300"/>
  <w15:docId w15:val="{D7D3F934-E52C-450F-BFA8-DC7A80B0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B873A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873A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873A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873A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873AB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DA049A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0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ole.sanitarie@sc-saluteumana.unif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1588</Words>
  <Characters>9054</Characters>
  <Application>Microsoft Office Word</Application>
  <DocSecurity>0</DocSecurity>
  <Lines>75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Simonetta Pulitini</cp:lastModifiedBy>
  <cp:revision>6</cp:revision>
  <cp:lastPrinted>2026-09-10T10:02:00Z</cp:lastPrinted>
  <dcterms:created xsi:type="dcterms:W3CDTF">2026-09-10T09:15:00Z</dcterms:created>
  <dcterms:modified xsi:type="dcterms:W3CDTF">2026-09-10T14:19:00Z</dcterms:modified>
  <cp:category/>
</cp:coreProperties>
</file>